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משפחה יש סיפור וזיכרונות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הפסוק מספר דברים על שאלת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למורשת, דורות וקהילה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לכל משפחה יש מסע וסיפור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מבוגר קרוב כמו סבא או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יש סיפור שונה ומיוחד משלה.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שיחה עם מבוגרים חושפת זיכרונות וסיפורים.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(דברים שעוברים מהורים לילדים כמו מסורות וזיכרונות)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אנשים שחיים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(סיפור או תמונה מהעבר שאנחנו זוכרים)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אנשים שחיים או קשורים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המשימה 'החפץ שלי'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 מיוחד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לחברים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פרט מהעבר, קשר למשפחה והסבר לחשיבות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משפחה יש מסע וסיפור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זיכרונות, סיפורים ומנהגים מהעבר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דברים שעוברים מדור לדור כמו מסורות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בהקראת הפסוק מספר דברים ולדון במשמעותו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בעל פה סיפור קצר ששמעו בבית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הציור 'החפץ שלי' כהמשך לתרגול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בתחנה הזו לומדים שלכל משפחה יש מסע וסיפור משלה, וששיחה עם מבוגרים קרובים חושפת זיכרונות יקרים שעוברים מדור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מבוגר  ·  סיפור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הרעיון הגדול של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לכל משפחה יש מסע וסיפור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משפחות ותיקות מספרות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קשר בין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את מי כדאי לשאול כדי לגלות סיפורי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חברים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מבוגר קרוב כמו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המשפחות יש בדיוק אותו 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ללמוד על המשפחה על ידי שאלות למבוגרים קרובים.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משפחה יש __________ מיוחד 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כששואלים __________ אפשר לגלות אוצר של זיכרונות.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קבוצת אנשים שחיים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סיפור או תמונה מהעבר שאנחנו זוכרים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אנשים שחיים או קשורים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דברים שעוברים מהורים לילדים כמו מסורות וזיכרונות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המשימה 'החפץ שלי'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למה הוא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חפץ מיוחד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מספרים לחברים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את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עד חמישה משפטים על סיפור ששמעתם ממבוגר במשפחה, כמו סבא או סבתא. תארו מה קרה בסיפור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הרעיון הגדול של התחנה?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אפשר ללמוד משיחה עם סבא או סבתא?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של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