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יש סיפור וזיכרונות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הפסוק מספר דברים על שאלת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למורשת, דורות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לכל משפחה יש מסע וסיפור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מבוגר קרוב כמו סבא או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מסורת שעוברת מהורים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חוקרי השורשים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סיפור שונה ומיוחד 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שיחה עם מבוגרים חושפת זיכרונות וסיפורים.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הפסוק אומר לשאול את האב ואת הזקנים.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לעמוד לפי החודש שבו נולדו.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(דברים שעוברים מהורים לילדים כמו מסורות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אנשים שחיים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או תמונה מהעבר שאנחנו 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(קבוצת אנשים שחיים או קשורים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(היכולת להתמודד ולהמשיך הלאה למרות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(תחושה שאני חלק ממשהו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 'החפץ שלי'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מיוחד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לחברים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פרט מהעבר, קשר למשפחה והסבר לחשיבות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משפחה יש מסע וסיפור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זיכרונות, סיפורים ומנהגים מהעבר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דברים שעוברים מדור לדור כמו מסורות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בהקראת הפסוק מספר דברים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בעל פה סיפור קצר ששמעו בבית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הציור 'החפץ שלי' כהמשך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הזו לומדים שלכל משפחה יש מסע וסיפור משלה, וששיחה עם מבוגרים קרובים חושפת זיכרונות יקרים שעוברים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הגדול של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משפחה יש מסע וסיפור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משפחות ותיקות מספרות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המשחקים הם הדבר 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כדאי לשאול כדי לגלות סיפורי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קרוב כמו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הסיפורים לא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ספר בתנ"ך לקוח הפסוק שנלמד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הביטוי "מדור לדור"?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 שעוברת מהורים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גיאוגרפי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התג שמקבלים בסיום משימות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חוקרי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מגלי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 הקהילה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המשפחות יש בדיוק אותו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המשפחה על ידי שאלות למבוגרים קרובים.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מספר דברים מבקש לשאול הורים וזקנים על 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קו ימי ההולדת התלמידים עומדים לפי הגובה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משפחה יש __________ מיוחד 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בקריאה המשותפת מופיע פסוק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כששואלים __________ אפשר לגלות אוצר של זיכרונות.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התג שמקבלים בתחנה נקרא חוקרי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סיפורי משפחה וקהילה מחזקים את תחושת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או תמונה מהעבר שאנחנו זוכרים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תחושה שאני חלק ממשהו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להתמודד ולהמשיך הלאה למרות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דברים שעוברים מהורים לילדים כמו מסורות וזיכרונות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אנשים שחיים או קשורים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המשימה 'החפץ שלי'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לחברים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מיוחד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עד חמישה משפטים על סיפור ששמעתם ממבוגר במשפחה, כמו סבא או סבתא. תארו מה קרה בסיפור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הרעיון הגדול של התחנה?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משיחה עם סבא או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